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 / UTI PSA Agent Registration Details</w:t>
      </w:r>
    </w:p>
    <w:p>
      <w:r>
        <w:t>SI Online Technomart Private Limited · Updated 3 October 2026</w:t>
      </w:r>
    </w:p>
    <w:p>
      <w:r>
        <w:t>Field structure retained from the previous SI Online onboarding form, with current company contact details. This is a SI Online intake sheet, not a UTIITSL-issued PAN application form. Confirm the current onboarding requirements with support before completing or sending identity details.</w:t>
      </w:r>
    </w:p>
    <w:p>
      <w:r>
        <w:t>Your name / आपका नाम (as on Aadhaar): __________________________________________________</w:t>
      </w:r>
    </w:p>
    <w:p>
      <w:r>
        <w:t>Shop name / दुकान का नाम (optional): __________________________________________________</w:t>
      </w:r>
    </w:p>
    <w:p>
      <w:r>
        <w:t>Address / पता (as on Aadhaar): __________________________________________________</w:t>
      </w:r>
    </w:p>
    <w:p>
      <w:r>
        <w:t>District / जिला: __________________________________________________</w:t>
      </w:r>
    </w:p>
    <w:p>
      <w:r>
        <w:t>State / राज्य: __________________________________________________</w:t>
      </w:r>
    </w:p>
    <w:p>
      <w:r>
        <w:t>Pincode / पिनकोड: __________________________________________________</w:t>
      </w:r>
    </w:p>
    <w:p>
      <w:r>
        <w:t>Mobile number / मोबाइल नंबर: __________________________________________________</w:t>
      </w:r>
    </w:p>
    <w:p>
      <w:r>
        <w:t>Email / ईमेल: __________________________________________________</w:t>
      </w:r>
    </w:p>
    <w:p>
      <w:r>
        <w:t>Aadhaar number / आधार नंबर: __________________________________________________</w:t>
      </w:r>
    </w:p>
    <w:p>
      <w:r>
        <w:t>PAN number / पैन नंबर: __________________________________________________</w:t>
      </w:r>
    </w:p>
    <w:p>
      <w:r>
        <w:t>Signature / हस्ताक्षर: __________________________________________________</w:t>
      </w:r>
    </w:p>
    <w:p>
      <w:r>
        <w:t>Name / नाम: __________________________________________________</w:t>
      </w:r>
    </w:p>
    <w:p>
      <w:r>
        <w:t>Date / दिनांक: __________________________________________________</w:t>
      </w:r>
    </w:p>
    <w:p>
      <w:pPr>
        <w:pStyle w:val="Heading1"/>
      </w:pPr>
      <w:r>
        <w:t>Documents and submission</w:t>
      </w:r>
    </w:p>
    <w:p>
      <w:r>
        <w:t>The previous onboarding form requests a signed registration sheet, signed Aadhaar and PAN copies, and a passport-size photograph. Confirm the current requirements and the secure submission channel with support. Ask whether a shop seal is required when registering in a shop name.</w:t>
      </w:r>
    </w:p>
    <w:p>
      <w:r>
        <w:t>Do not upload identity documents to the general website enquiry or error-report screenshot form. Never include passwords, OTPs or payment-card details.</w:t>
      </w:r>
    </w:p>
    <w:p>
      <w:r>
        <w:t>Current agent registration fee: INR 1,180. Coupon prices and other charges must be confirmed for your account; historical coupon-price tiers have been removed.</w:t>
      </w:r>
    </w:p>
    <w:p>
      <w:r>
        <w:t>Help: +91 91091 35959 · support@sionline.co.in</w:t>
      </w:r>
    </w:p>
    <w:p>
      <w:r>
        <w:t>435, Mid Town, Near Omaxe City, Ratlam, Madhya Pradesh 457001, India.</w:t>
      </w:r>
    </w:p>
    <w:p>
      <w:r>
        <w:t>https://www.sionline.co.in/pancard-agent-registration-become-uti-psa-free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